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8A8" w:rsidRDefault="00FF7C8F">
      <w:pPr>
        <w:jc w:val="center"/>
      </w:pPr>
      <w:r>
        <w:rPr>
          <w:b/>
        </w:rPr>
        <w:t>ISTITUTO COMPRENSIVO “U. POSTIGLIONE” – RAIANO</w:t>
      </w:r>
    </w:p>
    <w:p w:rsidR="007918A8" w:rsidRDefault="00FF7C8F">
      <w:pPr>
        <w:jc w:val="center"/>
      </w:pPr>
      <w:r>
        <w:rPr>
          <w:b/>
        </w:rPr>
        <w:t>SCUOLA DELL’INFANZIA / PRIMARIA / SECONDARIA DI 1° GRADO</w:t>
      </w:r>
      <w:r>
        <w:rPr>
          <w:b/>
        </w:rPr>
        <w:br/>
      </w:r>
    </w:p>
    <w:p w:rsidR="007918A8" w:rsidRDefault="00FF7C8F">
      <w:r>
        <w:br/>
        <w:t>Oggetto: Autorizzazione alla partecipazione al progetto</w:t>
      </w:r>
      <w:r>
        <w:br/>
      </w:r>
    </w:p>
    <w:p w:rsidR="007918A8" w:rsidRDefault="00FF7C8F">
      <w:r>
        <w:t>“…………………………………………………………………………………”</w:t>
      </w:r>
      <w:r>
        <w:br/>
      </w:r>
    </w:p>
    <w:p w:rsidR="007918A8" w:rsidRDefault="00FF7C8F">
      <w:r>
        <w:t xml:space="preserve">Il/La sottoscritto/a </w:t>
      </w:r>
      <w:r>
        <w:t>______________________________________________ genitore dell’alunno/a ______________________________________________,</w:t>
      </w:r>
      <w:r>
        <w:br/>
        <w:t>frequentante la classe ______ sez. ______ della Scuola ________________________________</w:t>
      </w:r>
      <w:r>
        <w:br/>
      </w:r>
      <w:r>
        <w:br/>
      </w:r>
    </w:p>
    <w:p w:rsidR="007918A8" w:rsidRDefault="00FF7C8F">
      <w:r>
        <w:t>☐</w:t>
      </w:r>
      <w:r>
        <w:t xml:space="preserve"> AUTORIZZA        ☐ NON AUTORIZZA</w:t>
      </w:r>
      <w:r>
        <w:br/>
      </w:r>
    </w:p>
    <w:p w:rsidR="00FF7C8F" w:rsidRDefault="00FF7C8F">
      <w:r>
        <w:t>il/la propri</w:t>
      </w:r>
      <w:r>
        <w:t xml:space="preserve">o/a figlio/a ______________________________________________ a partecipare al progetto ______________________________________________ che si svolgerà presso </w:t>
      </w:r>
      <w:proofErr w:type="spellStart"/>
      <w:r>
        <w:t>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scuola</w:t>
      </w:r>
      <w:r>
        <w:t>______________________________________________________________________________________</w:t>
      </w:r>
    </w:p>
    <w:p w:rsidR="007918A8" w:rsidRDefault="00FF7C8F"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giorni</w:t>
      </w:r>
      <w:proofErr w:type="spellEnd"/>
      <w:r>
        <w:t>:</w:t>
      </w:r>
      <w: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 w:rsidR="007918A8" w:rsidTr="00FF7C8F">
        <w:tc>
          <w:tcPr>
            <w:tcW w:w="2160" w:type="dxa"/>
          </w:tcPr>
          <w:p w:rsidR="007918A8" w:rsidRDefault="00FF7C8F">
            <w:r>
              <w:t>Giorno</w:t>
            </w:r>
          </w:p>
        </w:tc>
        <w:tc>
          <w:tcPr>
            <w:tcW w:w="2160" w:type="dxa"/>
          </w:tcPr>
          <w:p w:rsidR="007918A8" w:rsidRDefault="00FF7C8F">
            <w:r>
              <w:t>Data</w:t>
            </w:r>
          </w:p>
        </w:tc>
        <w:tc>
          <w:tcPr>
            <w:tcW w:w="2160" w:type="dxa"/>
          </w:tcPr>
          <w:p w:rsidR="007918A8" w:rsidRDefault="00FF7C8F">
            <w:r>
              <w:t>Dalle ore</w:t>
            </w:r>
          </w:p>
        </w:tc>
        <w:tc>
          <w:tcPr>
            <w:tcW w:w="2160" w:type="dxa"/>
          </w:tcPr>
          <w:p w:rsidR="007918A8" w:rsidRDefault="00FF7C8F">
            <w:r>
              <w:t>Alle ore</w:t>
            </w:r>
          </w:p>
        </w:tc>
      </w:tr>
      <w:tr w:rsidR="007918A8" w:rsidTr="00FF7C8F"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</w:tr>
      <w:tr w:rsidR="007918A8" w:rsidTr="00FF7C8F"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</w:tr>
      <w:tr w:rsidR="007918A8" w:rsidTr="00FF7C8F"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  <w:tc>
          <w:tcPr>
            <w:tcW w:w="2160" w:type="dxa"/>
          </w:tcPr>
          <w:p w:rsidR="007918A8" w:rsidRDefault="007918A8"/>
        </w:tc>
      </w:tr>
      <w:tr w:rsidR="00FF7C8F" w:rsidTr="00FF7C8F">
        <w:tc>
          <w:tcPr>
            <w:tcW w:w="2160" w:type="dxa"/>
          </w:tcPr>
          <w:p w:rsidR="00FF7C8F" w:rsidRDefault="00FF7C8F"/>
        </w:tc>
        <w:tc>
          <w:tcPr>
            <w:tcW w:w="2160" w:type="dxa"/>
          </w:tcPr>
          <w:p w:rsidR="00FF7C8F" w:rsidRDefault="00FF7C8F"/>
        </w:tc>
        <w:tc>
          <w:tcPr>
            <w:tcW w:w="2160" w:type="dxa"/>
          </w:tcPr>
          <w:p w:rsidR="00FF7C8F" w:rsidRDefault="00FF7C8F"/>
        </w:tc>
        <w:tc>
          <w:tcPr>
            <w:tcW w:w="2160" w:type="dxa"/>
          </w:tcPr>
          <w:p w:rsidR="00FF7C8F" w:rsidRDefault="00FF7C8F"/>
        </w:tc>
      </w:tr>
    </w:tbl>
    <w:p w:rsidR="007918A8" w:rsidRDefault="00FF7C8F">
      <w:r>
        <w:br/>
        <w:t>Il calendario potrebbe subire modifiche in base ad esigenze scolastiche.</w:t>
      </w:r>
      <w:r>
        <w:br/>
      </w:r>
    </w:p>
    <w:p w:rsidR="007918A8" w:rsidRDefault="00FF7C8F">
      <w:r>
        <w:br/>
        <w:t>Data ____________________</w:t>
      </w:r>
    </w:p>
    <w:p w:rsidR="007918A8" w:rsidRDefault="00FF7C8F">
      <w:r>
        <w:br/>
        <w:t>Firma del genitore</w:t>
      </w:r>
      <w:r>
        <w:br/>
        <w:t>__________________________________________</w:t>
      </w:r>
    </w:p>
    <w:sectPr w:rsidR="007918A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hyphenationZone w:val="283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7918A8"/>
    <w:rsid w:val="00AA1D8D"/>
    <w:rsid w:val="00B47730"/>
    <w:rsid w:val="00CB0664"/>
    <w:rsid w:val="00FC693F"/>
    <w:rsid w:val="00FF7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Lucia Moca</cp:lastModifiedBy>
  <cp:revision>2</cp:revision>
  <dcterms:created xsi:type="dcterms:W3CDTF">2026-01-07T17:03:00Z</dcterms:created>
  <dcterms:modified xsi:type="dcterms:W3CDTF">2026-01-07T17:03:00Z</dcterms:modified>
</cp:coreProperties>
</file>