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B635" w14:textId="77777777" w:rsidR="00B422D7" w:rsidRDefault="00B422D7" w:rsidP="00F57A55">
      <w:pPr>
        <w:pStyle w:val="Titolo1"/>
        <w:rPr>
          <w:color w:val="auto"/>
        </w:rPr>
      </w:pPr>
    </w:p>
    <w:p w14:paraId="021552E3" w14:textId="77777777" w:rsidR="00F57A55" w:rsidRPr="00F57A55" w:rsidRDefault="00F57A55" w:rsidP="00F57A55">
      <w:pPr>
        <w:spacing w:after="0" w:line="240" w:lineRule="auto"/>
        <w:jc w:val="center"/>
        <w:rPr>
          <w:rFonts w:ascii="Book Antiqua" w:eastAsia="Times New Roman" w:hAnsi="Book Antiqua" w:cs="Tahoma"/>
          <w:sz w:val="24"/>
          <w:szCs w:val="24"/>
          <w:lang w:val="it-IT" w:eastAsia="it-IT"/>
        </w:rPr>
      </w:pPr>
      <w:r w:rsidRPr="00F57A55">
        <w:rPr>
          <w:rFonts w:ascii="Book Antiqua" w:eastAsia="Times New Roman" w:hAnsi="Book Antiqua" w:cs="Tahoma"/>
          <w:noProof/>
          <w:sz w:val="24"/>
          <w:szCs w:val="24"/>
          <w:lang w:val="it-IT" w:eastAsia="it-IT"/>
        </w:rPr>
        <w:drawing>
          <wp:inline distT="0" distB="0" distL="0" distR="0" wp14:anchorId="1BB094E1" wp14:editId="604C416C">
            <wp:extent cx="638810" cy="730885"/>
            <wp:effectExtent l="0" t="0" r="8890" b="0"/>
            <wp:docPr id="923410805" name="Immagine 1" descr="Immagine che contiene testo, elettronica, schermata, softw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10805" name="Immagine 1" descr="Immagine che contiene testo, elettronica, schermata, softwa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20" t="63889" r="46593" b="16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978A7" w14:textId="77777777" w:rsidR="00F57A55" w:rsidRPr="00F57A55" w:rsidRDefault="00F57A55" w:rsidP="00F57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</w:pPr>
      <w:r w:rsidRPr="00F57A55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>Istituto Comprensivo “Umberto Postiglione”</w:t>
      </w:r>
    </w:p>
    <w:p w14:paraId="77365C42" w14:textId="77777777" w:rsidR="00F57A55" w:rsidRPr="00F57A55" w:rsidRDefault="00F57A55" w:rsidP="00F57A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val="it-IT" w:eastAsia="it-IT"/>
        </w:rPr>
      </w:pPr>
      <w:r w:rsidRPr="00F57A55">
        <w:rPr>
          <w:rFonts w:ascii="Times New Roman" w:eastAsia="Times New Roman" w:hAnsi="Times New Roman" w:cs="Times New Roman"/>
          <w:b/>
          <w:sz w:val="16"/>
          <w:szCs w:val="16"/>
          <w:lang w:val="it-IT" w:eastAsia="it-IT"/>
        </w:rPr>
        <w:t>Scuola dell'Infanzia, Primaria e Secondaria di primo grado</w:t>
      </w:r>
    </w:p>
    <w:p w14:paraId="7B7E4CA5" w14:textId="77777777" w:rsidR="00F57A55" w:rsidRPr="00F57A55" w:rsidRDefault="00F57A55" w:rsidP="00F57A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  <w:r w:rsidRPr="00F57A55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 xml:space="preserve">Viale Medaglia d’oro G. Di Bartolo - 67027 RAIANO (AQ) </w:t>
      </w:r>
    </w:p>
    <w:p w14:paraId="374F509A" w14:textId="77777777" w:rsidR="00F57A55" w:rsidRPr="00F57A55" w:rsidRDefault="00F57A55" w:rsidP="00F57A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  <w:r w:rsidRPr="00F57A55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>Cod. Fisc. 83002930663 - Cod. Mec. AQIC82600E</w:t>
      </w:r>
    </w:p>
    <w:p w14:paraId="78D3E4C1" w14:textId="77777777" w:rsidR="00F57A55" w:rsidRPr="00F57A55" w:rsidRDefault="00F57A55" w:rsidP="00F57A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  <w:r w:rsidRPr="00F57A55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 xml:space="preserve">e-mail: </w:t>
      </w:r>
      <w:hyperlink r:id="rId7" w:history="1">
        <w:r w:rsidRPr="00F57A55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it-IT" w:eastAsia="it-IT"/>
          </w:rPr>
          <w:t>aqic82600e@istruzione.it</w:t>
        </w:r>
      </w:hyperlink>
      <w:r w:rsidRPr="00F57A55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 xml:space="preserve"> – P.E.C.: </w:t>
      </w:r>
      <w:hyperlink r:id="rId8" w:history="1">
        <w:r w:rsidRPr="00F57A55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it-IT" w:eastAsia="it-IT"/>
          </w:rPr>
          <w:t>aqic82600e@pec.istruzione.it</w:t>
        </w:r>
      </w:hyperlink>
    </w:p>
    <w:p w14:paraId="73FBC4E2" w14:textId="77777777" w:rsidR="00F57A55" w:rsidRPr="00F57A55" w:rsidRDefault="00F57A55" w:rsidP="00F57A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  <w:r w:rsidRPr="00F57A55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>Tel. Uffici</w:t>
      </w:r>
      <w:r w:rsidRPr="00F57A55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ab/>
        <w:t xml:space="preserve"> 0864/72334  </w:t>
      </w:r>
    </w:p>
    <w:p w14:paraId="1CBD0D36" w14:textId="77777777" w:rsidR="00F57A55" w:rsidRPr="00F57A55" w:rsidRDefault="00F57A55" w:rsidP="00F57A55">
      <w:pPr>
        <w:spacing w:after="0" w:line="240" w:lineRule="auto"/>
        <w:rPr>
          <w:rFonts w:ascii="Cambria" w:eastAsia="Times New Roman" w:hAnsi="Cambria" w:cs="Arial"/>
          <w:b/>
          <w:sz w:val="20"/>
          <w:szCs w:val="20"/>
          <w:lang w:val="it-IT" w:eastAsia="it-IT"/>
        </w:rPr>
      </w:pPr>
    </w:p>
    <w:p w14:paraId="063F70C3" w14:textId="77777777" w:rsidR="00B422D7" w:rsidRDefault="00B422D7">
      <w:pPr>
        <w:pStyle w:val="Titolo1"/>
        <w:rPr>
          <w:color w:val="auto"/>
        </w:rPr>
      </w:pPr>
    </w:p>
    <w:p w14:paraId="17B75411" w14:textId="3132D5C3" w:rsidR="008D58EC" w:rsidRPr="00993851" w:rsidRDefault="002959B6" w:rsidP="005E501F">
      <w:pPr>
        <w:pStyle w:val="Titolo1"/>
        <w:jc w:val="center"/>
        <w:rPr>
          <w:color w:val="auto"/>
        </w:rPr>
      </w:pPr>
      <w:r w:rsidRPr="00993851">
        <w:rPr>
          <w:color w:val="auto"/>
        </w:rPr>
        <w:t>SCHEDA DI SEGNALAZIONE</w:t>
      </w:r>
    </w:p>
    <w:p w14:paraId="3F25493D" w14:textId="0076A0B8" w:rsidR="00993851" w:rsidRPr="00993851" w:rsidRDefault="002959B6">
      <w:r w:rsidRPr="00993851">
        <w:t>Protocollo d’Istituto per la prevenzione e il contrasto di bullismo e cyberbullismo</w:t>
      </w:r>
      <w:r w:rsidRPr="00993851">
        <w:br/>
      </w:r>
    </w:p>
    <w:p w14:paraId="2A7D1319" w14:textId="6B12A162" w:rsidR="008D58EC" w:rsidRDefault="002959B6" w:rsidP="005E501F">
      <w:pPr>
        <w:rPr>
          <w:b/>
          <w:bCs/>
        </w:rPr>
      </w:pPr>
      <w:r w:rsidRPr="005E501F">
        <w:rPr>
          <w:b/>
          <w:bCs/>
        </w:rPr>
        <w:t xml:space="preserve">La presente scheda è riservata e va consegnata direttamente al Dirigente Scolastico o al Referente per il </w:t>
      </w:r>
      <w:proofErr w:type="spellStart"/>
      <w:r w:rsidRPr="005E501F">
        <w:rPr>
          <w:b/>
          <w:bCs/>
        </w:rPr>
        <w:t>bullismo</w:t>
      </w:r>
      <w:proofErr w:type="spellEnd"/>
      <w:r w:rsidRPr="005E501F">
        <w:rPr>
          <w:b/>
          <w:bCs/>
        </w:rPr>
        <w:t xml:space="preserve"> e </w:t>
      </w:r>
      <w:proofErr w:type="spellStart"/>
      <w:r w:rsidRPr="005E501F">
        <w:rPr>
          <w:b/>
          <w:bCs/>
        </w:rPr>
        <w:t>cyberbullismo</w:t>
      </w:r>
      <w:proofErr w:type="spellEnd"/>
      <w:r w:rsidRPr="005E501F">
        <w:rPr>
          <w:b/>
          <w:bCs/>
        </w:rPr>
        <w:t>.</w:t>
      </w:r>
    </w:p>
    <w:p w14:paraId="0E8D5F65" w14:textId="77777777" w:rsidR="005E501F" w:rsidRPr="005E501F" w:rsidRDefault="005E501F" w:rsidP="005E501F">
      <w:pPr>
        <w:rPr>
          <w:b/>
          <w:bCs/>
        </w:rPr>
      </w:pPr>
    </w:p>
    <w:p w14:paraId="1B526B78" w14:textId="77777777" w:rsidR="008D58EC" w:rsidRPr="00993851" w:rsidRDefault="002959B6">
      <w:pPr>
        <w:pStyle w:val="Titolo2"/>
        <w:rPr>
          <w:color w:val="auto"/>
        </w:rPr>
      </w:pPr>
      <w:r w:rsidRPr="00993851">
        <w:rPr>
          <w:color w:val="auto"/>
        </w:rPr>
        <w:t>1. DATI DEL DOCENTE SEGNALANTE</w:t>
      </w:r>
    </w:p>
    <w:p w14:paraId="43F195B6" w14:textId="77777777" w:rsidR="008D58EC" w:rsidRPr="00993851" w:rsidRDefault="002959B6">
      <w:r w:rsidRPr="00993851">
        <w:t>Nome e Cognome: _____________________________________________</w:t>
      </w:r>
    </w:p>
    <w:p w14:paraId="26094D06" w14:textId="77777777" w:rsidR="008D58EC" w:rsidRPr="00993851" w:rsidRDefault="002959B6">
      <w:r w:rsidRPr="00993851">
        <w:t>Ruolo (es. docente, collaboratore scolastico): _____________________</w:t>
      </w:r>
    </w:p>
    <w:p w14:paraId="4DDC93DB" w14:textId="77777777" w:rsidR="008D58EC" w:rsidRPr="00993851" w:rsidRDefault="002959B6">
      <w:r w:rsidRPr="00993851">
        <w:t>Classe / Sezione: ______________________________________________</w:t>
      </w:r>
    </w:p>
    <w:p w14:paraId="222106A3" w14:textId="77777777" w:rsidR="008D58EC" w:rsidRPr="00993851" w:rsidRDefault="002959B6">
      <w:r w:rsidRPr="00993851">
        <w:t>Data della segnalazione: ____ / ____ / ______</w:t>
      </w:r>
      <w:r w:rsidRPr="00993851">
        <w:br/>
      </w:r>
    </w:p>
    <w:p w14:paraId="68085907" w14:textId="77777777" w:rsidR="008D58EC" w:rsidRPr="00993851" w:rsidRDefault="002959B6">
      <w:pPr>
        <w:pStyle w:val="Titolo2"/>
        <w:rPr>
          <w:color w:val="auto"/>
        </w:rPr>
      </w:pPr>
      <w:r w:rsidRPr="00993851">
        <w:rPr>
          <w:color w:val="auto"/>
        </w:rPr>
        <w:t>2. DATI DELL’ALUNNO/A COINVOLTO/A</w:t>
      </w:r>
    </w:p>
    <w:p w14:paraId="234C5C21" w14:textId="77777777" w:rsidR="008D58EC" w:rsidRPr="00993851" w:rsidRDefault="002959B6">
      <w:r w:rsidRPr="00993851">
        <w:t>Nome e Cognome: _____________________________________________</w:t>
      </w:r>
    </w:p>
    <w:p w14:paraId="437717C2" w14:textId="77777777" w:rsidR="008D58EC" w:rsidRPr="00993851" w:rsidRDefault="002959B6">
      <w:r w:rsidRPr="00993851">
        <w:t>Età: _______  Classe: _______  Sezione: _______</w:t>
      </w:r>
    </w:p>
    <w:p w14:paraId="4AD7490A" w14:textId="77777777" w:rsidR="008D58EC" w:rsidRPr="00993851" w:rsidRDefault="002959B6">
      <w:r w:rsidRPr="00993851">
        <w:t>Eventuali altri alunni coinvolti (vittime o autori): _____________________________</w:t>
      </w:r>
      <w:r w:rsidRPr="00993851">
        <w:br/>
      </w:r>
    </w:p>
    <w:p w14:paraId="4019DD20" w14:textId="77777777" w:rsidR="008D58EC" w:rsidRPr="00993851" w:rsidRDefault="002959B6">
      <w:pPr>
        <w:pStyle w:val="Titolo2"/>
        <w:rPr>
          <w:color w:val="auto"/>
        </w:rPr>
      </w:pPr>
      <w:r w:rsidRPr="00993851">
        <w:rPr>
          <w:color w:val="auto"/>
        </w:rPr>
        <w:lastRenderedPageBreak/>
        <w:t>3. DESCRIZIONE DEI FATTI</w:t>
      </w:r>
    </w:p>
    <w:p w14:paraId="3B44DBF5" w14:textId="77777777" w:rsidR="008D58EC" w:rsidRPr="00993851" w:rsidRDefault="002959B6">
      <w:r w:rsidRPr="00993851">
        <w:t>Descrivere in modo oggettivo quanto osservato o riferito (comportamenti, linguaggio, episodi specifici, data e luogo degli eventi):</w:t>
      </w:r>
    </w:p>
    <w:p w14:paraId="5BB71CD8" w14:textId="77777777" w:rsidR="008D58EC" w:rsidRPr="00993851" w:rsidRDefault="002959B6">
      <w:r w:rsidRPr="00993851">
        <w:t>______________________________________________________________________________</w:t>
      </w:r>
    </w:p>
    <w:p w14:paraId="1ADA7851" w14:textId="77777777" w:rsidR="008D58EC" w:rsidRPr="00993851" w:rsidRDefault="002959B6">
      <w:r w:rsidRPr="00993851">
        <w:t>______________________________________________________________________________</w:t>
      </w:r>
    </w:p>
    <w:p w14:paraId="4A4679D7" w14:textId="77777777" w:rsidR="008D58EC" w:rsidRPr="00993851" w:rsidRDefault="002959B6">
      <w:r w:rsidRPr="00993851">
        <w:t>______________________________________________________________________________</w:t>
      </w:r>
      <w:r w:rsidRPr="00993851">
        <w:br/>
      </w:r>
    </w:p>
    <w:p w14:paraId="0CBD12B6" w14:textId="77777777" w:rsidR="008D58EC" w:rsidRPr="00993851" w:rsidRDefault="002959B6">
      <w:pPr>
        <w:pStyle w:val="Titolo2"/>
        <w:rPr>
          <w:color w:val="auto"/>
        </w:rPr>
      </w:pPr>
      <w:r w:rsidRPr="00993851">
        <w:rPr>
          <w:color w:val="auto"/>
        </w:rPr>
        <w:t>4. TIPOLOGIA DELL’EPISODIO</w:t>
      </w:r>
    </w:p>
    <w:p w14:paraId="4C838F48" w14:textId="77777777" w:rsidR="008D58EC" w:rsidRPr="00993851" w:rsidRDefault="002959B6">
      <w:r w:rsidRPr="00993851">
        <w:t>☐ Bullismo (prevaricazione, violenza fisica o verbale, esclusione, derisione)</w:t>
      </w:r>
    </w:p>
    <w:p w14:paraId="6E1C9BB7" w14:textId="77777777" w:rsidR="008D58EC" w:rsidRPr="00993851" w:rsidRDefault="002959B6">
      <w:r w:rsidRPr="00993851">
        <w:t>☐ Cyberbullismo (insulti, minacce o diffusione di contenuti offensivi online)</w:t>
      </w:r>
    </w:p>
    <w:p w14:paraId="5A8E9E29" w14:textId="77777777" w:rsidR="008D58EC" w:rsidRPr="00993851" w:rsidRDefault="002959B6">
      <w:r w:rsidRPr="00993851">
        <w:t>☐ Altro (specificare): _____________________________________________</w:t>
      </w:r>
    </w:p>
    <w:p w14:paraId="2C566D47" w14:textId="77777777" w:rsidR="008D58EC" w:rsidRPr="00993851" w:rsidRDefault="002959B6">
      <w:pPr>
        <w:pStyle w:val="Titolo2"/>
        <w:rPr>
          <w:color w:val="auto"/>
        </w:rPr>
      </w:pPr>
      <w:r w:rsidRPr="00993851">
        <w:rPr>
          <w:color w:val="auto"/>
        </w:rPr>
        <w:t>5. AZIONI INTRAPRESE DAL DOCENTE</w:t>
      </w:r>
    </w:p>
    <w:p w14:paraId="0AAB033B" w14:textId="77777777" w:rsidR="008D58EC" w:rsidRPr="00993851" w:rsidRDefault="002959B6">
      <w:r w:rsidRPr="00993851">
        <w:t>☐ Colloquio con l’alunno/a vittima</w:t>
      </w:r>
    </w:p>
    <w:p w14:paraId="5DA79804" w14:textId="77777777" w:rsidR="008D58EC" w:rsidRPr="00993851" w:rsidRDefault="002959B6">
      <w:r w:rsidRPr="00993851">
        <w:t>☐ Colloquio con l’alunno/a autore del comportamento</w:t>
      </w:r>
    </w:p>
    <w:p w14:paraId="017FCA64" w14:textId="77777777" w:rsidR="008D58EC" w:rsidRPr="00993851" w:rsidRDefault="002959B6">
      <w:r w:rsidRPr="00993851">
        <w:t>☐ Comunicazione informale alla famiglia</w:t>
      </w:r>
    </w:p>
    <w:p w14:paraId="1E841840" w14:textId="77777777" w:rsidR="008D58EC" w:rsidRPr="00993851" w:rsidRDefault="002959B6">
      <w:r w:rsidRPr="00993851">
        <w:t>☐ Comunicazione al Dirigente Scolastico</w:t>
      </w:r>
    </w:p>
    <w:p w14:paraId="4CA31263" w14:textId="77777777" w:rsidR="008D58EC" w:rsidRPr="00993851" w:rsidRDefault="002959B6">
      <w:r w:rsidRPr="00993851">
        <w:t>☐ Altro (specificare): _____________________________________________</w:t>
      </w:r>
      <w:r w:rsidRPr="00993851">
        <w:br/>
      </w:r>
    </w:p>
    <w:p w14:paraId="27053BB7" w14:textId="77777777" w:rsidR="008D58EC" w:rsidRPr="00993851" w:rsidRDefault="002959B6">
      <w:pPr>
        <w:pStyle w:val="Titolo2"/>
        <w:rPr>
          <w:color w:val="auto"/>
        </w:rPr>
      </w:pPr>
      <w:r w:rsidRPr="00993851">
        <w:rPr>
          <w:color w:val="auto"/>
        </w:rPr>
        <w:t>6. OSSERVAZIONI E RICHIESTE DI INTERVENTO</w:t>
      </w:r>
    </w:p>
    <w:p w14:paraId="0ED0B240" w14:textId="77777777" w:rsidR="008D58EC" w:rsidRPr="00993851" w:rsidRDefault="002959B6">
      <w:r w:rsidRPr="00993851">
        <w:t>______________________________________________________________________________</w:t>
      </w:r>
    </w:p>
    <w:p w14:paraId="775301C3" w14:textId="77777777" w:rsidR="008D58EC" w:rsidRPr="00993851" w:rsidRDefault="002959B6">
      <w:r w:rsidRPr="00993851">
        <w:t>______________________________________________________________________________</w:t>
      </w:r>
    </w:p>
    <w:p w14:paraId="46777EBD" w14:textId="77777777" w:rsidR="008D58EC" w:rsidRPr="00993851" w:rsidRDefault="002959B6">
      <w:r w:rsidRPr="00993851">
        <w:t>______________________________________________________________________________</w:t>
      </w:r>
      <w:r w:rsidRPr="00993851">
        <w:br/>
      </w:r>
    </w:p>
    <w:p w14:paraId="7145FDE3" w14:textId="77777777" w:rsidR="008D58EC" w:rsidRPr="00993851" w:rsidRDefault="002959B6" w:rsidP="00944C5B">
      <w:pPr>
        <w:jc w:val="right"/>
      </w:pPr>
      <w:r w:rsidRPr="00993851">
        <w:t>Firma del docente segnalante: _____________________________</w:t>
      </w:r>
    </w:p>
    <w:p w14:paraId="2529D684" w14:textId="77777777" w:rsidR="008D58EC" w:rsidRPr="00993851" w:rsidRDefault="002959B6">
      <w:r w:rsidRPr="00993851">
        <w:t>Data: ____ / ____ / ______</w:t>
      </w:r>
    </w:p>
    <w:sectPr w:rsidR="008D58EC" w:rsidRPr="0099385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870C4E"/>
    <w:multiLevelType w:val="hybridMultilevel"/>
    <w:tmpl w:val="7ED89FC4"/>
    <w:lvl w:ilvl="0" w:tplc="0410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254974942">
    <w:abstractNumId w:val="8"/>
  </w:num>
  <w:num w:numId="2" w16cid:durableId="387532302">
    <w:abstractNumId w:val="6"/>
  </w:num>
  <w:num w:numId="3" w16cid:durableId="112017631">
    <w:abstractNumId w:val="5"/>
  </w:num>
  <w:num w:numId="4" w16cid:durableId="1203590703">
    <w:abstractNumId w:val="4"/>
  </w:num>
  <w:num w:numId="5" w16cid:durableId="1573854111">
    <w:abstractNumId w:val="7"/>
  </w:num>
  <w:num w:numId="6" w16cid:durableId="2071415399">
    <w:abstractNumId w:val="3"/>
  </w:num>
  <w:num w:numId="7" w16cid:durableId="243489472">
    <w:abstractNumId w:val="2"/>
  </w:num>
  <w:num w:numId="8" w16cid:durableId="514616766">
    <w:abstractNumId w:val="1"/>
  </w:num>
  <w:num w:numId="9" w16cid:durableId="1882134443">
    <w:abstractNumId w:val="0"/>
  </w:num>
  <w:num w:numId="10" w16cid:durableId="4323570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BA"/>
    <w:rsid w:val="00034616"/>
    <w:rsid w:val="0006063C"/>
    <w:rsid w:val="0015074B"/>
    <w:rsid w:val="002959B6"/>
    <w:rsid w:val="0029639D"/>
    <w:rsid w:val="00326F90"/>
    <w:rsid w:val="00444F44"/>
    <w:rsid w:val="005E501F"/>
    <w:rsid w:val="007459A7"/>
    <w:rsid w:val="007B54E5"/>
    <w:rsid w:val="008D58EC"/>
    <w:rsid w:val="00944C5B"/>
    <w:rsid w:val="00993851"/>
    <w:rsid w:val="00AA1D8D"/>
    <w:rsid w:val="00B422D7"/>
    <w:rsid w:val="00B47730"/>
    <w:rsid w:val="00B53A86"/>
    <w:rsid w:val="00C23BBF"/>
    <w:rsid w:val="00CB0664"/>
    <w:rsid w:val="00F57A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3CFB0"/>
  <w14:defaultImageDpi w14:val="300"/>
  <w15:docId w15:val="{4263FA31-19AA-4F9A-817F-7B766C25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qic82600e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aqic82600e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di giulio</cp:lastModifiedBy>
  <cp:revision>7</cp:revision>
  <dcterms:created xsi:type="dcterms:W3CDTF">2025-11-17T07:50:00Z</dcterms:created>
  <dcterms:modified xsi:type="dcterms:W3CDTF">2025-11-20T20:50:00Z</dcterms:modified>
  <cp:category/>
</cp:coreProperties>
</file>